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</w:pPr>
      <w:r>
        <w:rPr>
          <w:rFonts w:ascii="Arial" w:hAnsi="Arial" w:eastAsia="Microsoft YaHei"/>
          <w:b/>
          <w:color w:val="000000"/>
          <w:sz w:val="34"/>
        </w:rPr>
        <w:t>上海黄海药检RBY-A型融变时限试验仪（停产）</w:t>
      </w:r>
    </w:p>
    <w:p>
      <w:pPr>
        <w:spacing w:after="200"/>
      </w:pPr>
      <w:r>
        <w:rPr>
          <w:rFonts w:ascii="Arial" w:hAnsi="Arial" w:eastAsia="Microsoft YaHei"/>
          <w:color w:val="637B8A"/>
          <w:sz w:val="18"/>
        </w:rPr>
        <w:t>产品资料  |  型号 RBY-A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45920" cy="16459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p>
      <w:r>
        <w:t>RBY-A型融变时限试验仪</w:t>
      </w:r>
    </w:p>
    <w:p>
      <w:r>
        <w:t>RBY-A智能融变试验仪在总结吸取多年来生产融变仪成功经验的基础上, 研制开发的一种实用新型药物融变仪在升降系统方面，采用独特的自动升手动翻方式，确保试验容器的使用及清洗方便,恒温水循环达到≤±0.1的精度，</w:t>
      </w:r>
    </w:p>
    <w:p>
      <w:r>
        <w:t>符合G家药典2010版标准。</w:t>
      </w:r>
    </w:p>
    <w:p>
      <w:r>
        <w:t>性能特点</w:t>
      </w:r>
    </w:p>
    <w:p>
      <w:r>
        <w:t>自动控温,自动记时,定时翻转指示预报,故障报警。</w:t>
      </w:r>
    </w:p>
    <w:p>
      <w:r>
        <w:t>自动化,自动检测,自动诊断,自动报警。</w:t>
      </w:r>
    </w:p>
    <w:p>
      <w:r>
        <w:t>套筒网架数量：三套。</w:t>
      </w:r>
    </w:p>
    <w:p>
      <w:r>
        <w:t>网架采用进口不锈钢。</w:t>
      </w:r>
    </w:p>
    <w:p>
      <w:r>
        <w:t>套筒网架翻转方式：自动翻转</w:t>
      </w:r>
    </w:p>
    <w:p>
      <w:r>
        <w:t>主机参数可预置并自动储存,下次开机无须重复设置。</w:t>
      </w:r>
    </w:p>
    <w:p>
      <w:r>
        <w:t>具有自检功能和自动保护功能, 给出多种故障信号。</w:t>
      </w:r>
    </w:p>
    <w:p>
      <w:r>
        <w:t>可外接微型打印机功能。</w:t>
      </w:r>
    </w:p>
    <w:p>
      <w:r>
        <w:t>具有优盘储存功能,将实验数据保留,以便查看。</w:t>
      </w:r>
    </w:p>
    <w:p>
      <w:r>
        <w:t>恒温运用PID方式，可方便的用软件校正偏差。</w:t>
      </w:r>
    </w:p>
    <w:p>
      <w:r>
        <w:t>清洗转速可任意设定。</w:t>
      </w:r>
    </w:p>
    <w:p>
      <w:r>
        <w:t>性能指标</w:t>
      </w:r>
    </w:p>
    <w:p>
      <w:r>
        <w:t>透明套筒：高60㎜ 内经52㎜。</w:t>
      </w:r>
    </w:p>
    <w:p>
      <w:r>
        <w:t>不锈钢网架：二片直径50㎜ 各39个4㎜小孔</w:t>
      </w:r>
    </w:p>
    <w:p>
      <w:r>
        <w:t>调速范围:10－100转/分</w:t>
      </w:r>
    </w:p>
    <w:p>
      <w:r>
        <w:t>调速范围:10－100转/分</w:t>
      </w:r>
    </w:p>
    <w:p>
      <w:r>
        <w:t>调温范围:30(室温)－45℃</w:t>
      </w:r>
    </w:p>
    <w:p>
      <w:r>
        <w:t>温度分辩率:0.1℃</w:t>
      </w:r>
    </w:p>
    <w:p>
      <w:r>
        <w:t>控温误差: ≤±0.1℃</w:t>
      </w:r>
    </w:p>
    <w:p>
      <w:r>
        <w:t>套筒网架翻转频率：1次/10分</w:t>
      </w:r>
    </w:p>
    <w:p>
      <w:r>
        <w:t>定时功能显示当前取样时间,累计总时间,取样点数</w:t>
      </w:r>
    </w:p>
    <w:p>
      <w:r>
        <w:t>取样周期的时间: **长0－999分钟,倒计时</w:t>
      </w:r>
    </w:p>
    <w:p>
      <w:r>
        <w:t>电源功率:AC220V±10%,50Hz,1250W</w:t>
      </w:r>
    </w:p>
    <w:p>
      <w:r>
        <w:t>工作环境条件:温度5—40℃,相对湿度≤80%HR</w:t>
      </w:r>
    </w:p>
    <w:p>
      <w:pPr>
        <w:spacing w:before="200"/>
      </w:pPr>
      <w:r>
        <w:rPr>
          <w:rFonts w:ascii="Arial" w:hAnsi="Arial" w:eastAsia="Microsoft YaHei"/>
          <w:color w:val="637B8A"/>
          <w:sz w:val="17"/>
        </w:rPr>
        <w:t>产品页面 https://www.shhuanghai.cn/tingchan/RBY-A.html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上海黄海药检RBY-A型融变时限试验仪（停产） 产品资料</dc:title>
  <dc:subject>RBY-A</dc:subject>
  <dc:creator>艾科仪器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