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rPr>
          <w:rFonts w:ascii="Arial" w:hAnsi="Arial" w:eastAsia="Microsoft YaHei"/>
          <w:b/>
          <w:color w:val="000000"/>
          <w:sz w:val="34"/>
        </w:rPr>
        <w:t>上海黄海药检SY-3D型片剂四用测试仪（停产）</w:t>
      </w:r>
    </w:p>
    <w:p>
      <w:pPr>
        <w:spacing w:after="200"/>
      </w:pPr>
      <w:r>
        <w:rPr>
          <w:rFonts w:ascii="Arial" w:hAnsi="Arial" w:eastAsia="Microsoft YaHei"/>
          <w:color w:val="637B8A"/>
          <w:sz w:val="18"/>
        </w:rPr>
        <w:t>产品资料  |  型号 SY-3D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45920" cy="16459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p>
      <w:r>
        <w:t>SY-3D型片剂四用测定仪分别用于药片的硬度、脆碎度、崩解时限、溶出度的测试， 对药片多种性能检测综合在一台仪器中完成。 SY系列片剂四用测定仪是各科研单位、大 专院校、药检部门及药厂对药品进行检验的zui佳仪器，该产品技术指标均符合《中G药典 2020版》规定。 产品特点 ● 简易、人性化的操作界面与方式。 ● 四项功能：溶出度、崩解时限、片剂硬度、片剂脆碎,高效、便捷。 ● 更小的体积，减少实验室工作台的占用面积。 ● 可安装3个篮杆或桨杆，可放置3个溶出杯，2个平底烧杯。 ● 硬度检测仓上方透明镜片窗口清晰直观。 ● 转速准确，运行平稳，能耗低，可靠性高。 ● 具有故障自诊断功能。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3213"/>
            <w:vMerge w:val="restart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溶出度</w:t>
            </w:r>
          </w:p>
        </w:tc>
        <w:tc>
          <w:tcPr>
            <w:tcW w:type="dxa" w:w="3213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搅拌桨摆动幅度</w:t>
            </w:r>
          </w:p>
        </w:tc>
        <w:tc>
          <w:tcPr>
            <w:tcW w:type="dxa" w:w="3213"/>
            <w:vAlign w:val="center"/>
            <w:shd w:fill="EAF3F8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/>
                <w:sz w:val="20"/>
              </w:rPr>
              <w:t>≤0.5 mm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转篮摆动幅度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≤1.0 mm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转杆与溶出杯轴偏差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≤2.0 mm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转速设置范围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25~250 RPM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稳速误差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≤±1 %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调温范围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室温~ 45.0℃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温度分辨率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0.1 ℃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控温精度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≤±0.5 ℃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溶出杯规格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高度185mm，容积1000ml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溶出杯数量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3个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  <w:vMerge w:val="restart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崩解时限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吊篮升降频率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30~32次/分钟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吊篮升降振幅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55mm±1mm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筛网至杯底zui小距离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25mm±2mm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筛网孔径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2mm（有可选件）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调温范围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室温~ 45.0℃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温度分辨率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0.1 ℃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控温精度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≤±0.5 ℃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平底烧杯容积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1000ml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平底烧杯数量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2个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  <w:vMerge w:val="restart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片剂硬度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测量范围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硬度10-200N，药片zui大直径25mm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分辨率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0.01N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精度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±1.5%±1digit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硬度度量单位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N / kg（可选）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测量方式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自动单次/连续多次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  <w:vMerge w:val="restart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片剂脆碎度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轮鼓尺寸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内径约286mm，深39mm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默认转速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25 RPM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默认圈数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100圈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圈数设置范围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1~999圈</w:t>
            </w:r>
          </w:p>
        </w:tc>
      </w:tr>
      <w:tr>
        <w:trPr>
          <w:cantSplit/>
        </w:trPr>
        <w:tc>
          <w:tcPr>
            <w:tcW w:type="dxa" w:w="3213"/>
            <w:vMerge/>
          </w:tcPr>
          <w:p/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轮鼓数量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1个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其他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电源</w:t>
            </w:r>
          </w:p>
        </w:tc>
        <w:tc>
          <w:tcPr>
            <w:tcW w:type="dxa" w:w="3213"/>
            <w:vAlign w:val="center"/>
          </w:tcPr>
          <w:p>
            <w:pPr>
              <w:keepNext w:val="0"/>
              <w:spacing w:after="60" w:before="60" w:line="276" w:lineRule="auto"/>
            </w:pPr>
            <w:r>
              <w:rPr>
                <w:rFonts w:ascii="Arial" w:hAnsi="Arial" w:eastAsia="Microsoft YaHei"/>
                <w:b w:val="0"/>
                <w:sz w:val="20"/>
              </w:rPr>
              <w:t>AC220V±10%，50Hz</w:t>
            </w:r>
          </w:p>
        </w:tc>
      </w:tr>
    </w:tbl>
    <w:p>
      <w:pPr>
        <w:spacing w:after="40"/>
      </w:pPr>
    </w:p>
    <w:p>
      <w:pPr>
        <w:spacing w:before="200"/>
      </w:pPr>
      <w:r>
        <w:rPr>
          <w:rFonts w:ascii="Arial" w:hAnsi="Arial" w:eastAsia="Microsoft YaHei"/>
          <w:color w:val="637B8A"/>
          <w:sz w:val="17"/>
        </w:rPr>
        <w:t>产品页面 https://www.shhuanghai.cn/pianjiduoyongceshiyi/SY-3D.html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上海黄海药检SY-3D型片剂四用测试仪（停产） 产品资料</dc:title>
  <dc:subject>SY-3D</dc:subject>
  <dc:creator>艾科仪器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