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上海黄海药检YPJ-200A型硬度计(停产)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YPJ-200A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26468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468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r>
        <w:t>YPJ系列片剂硬度计专用于对药物片剂硬度的测试，外形美观、大方，具有测试精度高，仪表指示直观性强等特点。适用于药片生产车间、质管部门等到单位检测片剂硬度。</w:t>
      </w:r>
    </w:p>
    <w:p>
      <w:r>
        <w:t>主要技术参数：</w:t>
      </w:r>
    </w:p>
    <w:p>
      <w:r>
        <w:t>测定压力范围：0-200N</w:t>
      </w:r>
    </w:p>
    <w:p>
      <w:r>
        <w:t>测量精度：±2%</w:t>
      </w:r>
    </w:p>
    <w:p>
      <w:r>
        <w:t>测定片剂**大直径：18mm</w:t>
      </w:r>
    </w:p>
    <w:p>
      <w:r>
        <w:t>分辨率：5N（Ａ型）0.1N（Ｂ型）</w:t>
      </w: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https://www.shhuanghai.cn/tingchan/YPJ-200A.html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上海黄海药检YPJ-200A型硬度计(停产) 产品资料</dc:title>
  <dc:subject>YPJ-200A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