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上海黄海药检TPY-2智能透皮扩散试验仪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TPY-2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6777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777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产品简介</w:t>
      </w:r>
    </w:p>
    <w:p>
      <w:r>
        <w:t>TPY-2药物透皮扩散试验仪，是我公司与药物制剂国家工程研究中心联合研制、开发的产品。 立式湿法及卧式干法，在干湿两用恒温容器箱内，磁力均匀搅拌的工作状态下，通过动物皮缓慢渗透，客观再现药物在溶剂中渗透的速度和程度的药理过程，仪器的各项指标稳定可靠，是制药行业、化妆品行业检验透皮扩散的最佳检测仪器。</w:t>
      </w:r>
    </w:p>
    <w:p>
      <w:pPr>
        <w:pStyle w:val="Heading2"/>
        <w:keepNext/>
      </w:pPr>
      <w:r>
        <w:t>产品特点</w:t>
      </w:r>
    </w:p>
    <w:p>
      <w:pPr>
        <w:pStyle w:val="ListBullet"/>
        <w:spacing w:after="80"/>
      </w:pPr>
      <w:r>
        <w:t>可安装6组卧式扩散池。</w:t>
      </w:r>
    </w:p>
    <w:p>
      <w:pPr>
        <w:pStyle w:val="ListBullet"/>
        <w:spacing w:after="80"/>
      </w:pPr>
      <w:r>
        <w:t>可安装12组立式扩散池。</w:t>
      </w:r>
    </w:p>
    <w:p>
      <w:pPr>
        <w:pStyle w:val="ListBullet"/>
        <w:spacing w:after="80"/>
      </w:pPr>
      <w:r>
        <w:t>主机工作参数可预置并自动储存,下次开机无须重复设置。</w:t>
      </w:r>
    </w:p>
    <w:p>
      <w:pPr>
        <w:pStyle w:val="ListBullet"/>
        <w:spacing w:after="80"/>
      </w:pPr>
      <w:r>
        <w:t>定时功能显示当前取样点时间,累计总时间,取样点数。</w:t>
      </w:r>
    </w:p>
    <w:p>
      <w:pPr>
        <w:pStyle w:val="ListBullet"/>
        <w:spacing w:after="80"/>
      </w:pPr>
      <w:r>
        <w:t>具有故障自诊断功能。</w:t>
      </w:r>
    </w:p>
    <w:p>
      <w:pPr>
        <w:pStyle w:val="ListBullet"/>
        <w:spacing w:after="80"/>
      </w:pPr>
      <w:r>
        <w:t>可外接微型打印机功能。</w:t>
      </w:r>
    </w:p>
    <w:p>
      <w:pPr>
        <w:pStyle w:val="ListBullet"/>
        <w:spacing w:after="80"/>
      </w:pPr>
      <w:r>
        <w:t>具有USB储存功能,将实验数据保留,以便查看。</w:t>
      </w:r>
    </w:p>
    <w:p>
      <w:pPr>
        <w:pStyle w:val="Heading2"/>
        <w:keepNext/>
      </w:pPr>
      <w:r>
        <w:t>技术参数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3855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项目</w:t>
            </w:r>
          </w:p>
        </w:tc>
        <w:tc>
          <w:tcPr>
            <w:tcW w:type="dxa" w:w="5783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参数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产品型号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TPY-2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立式扩散池数量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12组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立式扩散池容积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8ml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卧式扩散池数量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6组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卧式扩散池容积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7.5ml×2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转速设置范围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100–500RPM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稳速误差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≤±1%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调温范围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室温–45.0℃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温度分辨率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0.1℃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控温精度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≤±0.3℃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最大运行时间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99小时59分59秒</w:t>
            </w:r>
          </w:p>
        </w:tc>
      </w:tr>
      <w:tr>
        <w:trPr>
          <w:cantSplit/>
        </w:trPr>
        <w:tc>
          <w:tcPr>
            <w:tcW w:type="dxa" w:w="3855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电源</w:t>
            </w:r>
          </w:p>
        </w:tc>
        <w:tc>
          <w:tcPr>
            <w:tcW w:type="dxa" w:w="578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AC220V±10% 50Hz</w:t>
            </w:r>
          </w:p>
        </w:tc>
      </w:tr>
    </w:tbl>
    <w:p>
      <w:pPr>
        <w:spacing w:after="40"/>
      </w:pP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https://www.shhuanghai.cn/yaowutoupikuosanshiyanyi/TPY-2.html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上海黄海药检TPY-2智能透皮扩散试验仪 产品资料</dc:title>
  <dc:subject>TPY-2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