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上海黄海药检XB-250小杯法药物溶出度搅拌器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XB-250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26468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468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r>
        <w:t>XB-250小杯法药物溶出度搅拌器，按照中G药典2005版规定标准设计的配套 产品，它能简便地配装在目前G产和进口的各类型号的药物溶出度仪上使用。适用于小剂量难溶固体的溶出度的检测</w:t>
      </w: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https://www.shhuanghai.cn/qita/XB-250.html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上海黄海药检XB-250小杯法药物溶出度搅拌器 产品资料</dc:title>
  <dc:subject>XB-250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